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s Plásticas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Artes Plásticas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Gestión: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Plásticas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