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1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Artes Plásticas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Artes Plásticas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Curso: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Colegio: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Gestión: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2240" w:h="15840"/>
      <w:pgMar w:top="7725" w:right="2031" w:bottom="360" w:left="203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Artes Plásticas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