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Plástica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Artes Plásticas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