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Artes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Artes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Artes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