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158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Arte y Cultura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Arte y Cultura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Grado y sección: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Año: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1906" w:h="16838"/>
      <w:pgMar w:top="5226" w:right="2345" w:bottom="360" w:left="234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Arte y Cultura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