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quitectu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rquitec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