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quitec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A5759"/>
          <w:sz w:val="76"/>
        </w:rPr>
        <w:t>Arquitectura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Universidad: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Arquitectura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