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quitectu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rquitectu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