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quitec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A5759"/>
          <w:sz w:val="88"/>
        </w:rPr>
        <w:t>Arquitectura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