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rquitectur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Arquitectura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Universidad: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Arquitectura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