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963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Arquitectura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Arquitectura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Curso: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Universidad: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039" w:right="2143" w:bottom="360" w:left="214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Arquitectura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