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itmétic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Aritmética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Aritmética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