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ritmét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Aritmética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Aritmética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