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Álgebr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Álgebra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sección: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Colegio: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Año: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Álgebra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