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Álgebr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Álgebra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Álgebra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