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Álgeb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0397F"/>
          <w:sz w:val="72"/>
        </w:rPr>
        <w:t>Álgebra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