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450" w:before="0" w:after="0"/>
        <w:jc w:val="center"/>
      </w:pPr>
      <w:r>
        <w:rPr>
          <w:rFonts w:ascii="Times New Roman" w:hAnsi="Times New Roman" w:cs="Times New Roman"/>
          <w:b/>
          <w:sz w:val="36"/>
        </w:rPr>
        <w:t>NOMBRE DE LA UNIVERSIDAD</w:t>
      </w:r>
    </w:p>
    <w:p>
      <w:pPr>
        <w:spacing w:lineRule="exact" w:line="440" w:before="120" w:after="0"/>
        <w:jc w:val="center"/>
      </w:pPr>
      <w:r>
        <w:rPr>
          <w:rFonts w:ascii="Times New Roman" w:hAnsi="Times New Roman" w:cs="Times New Roman"/>
          <w:b w:val="0"/>
          <w:sz w:val="28"/>
        </w:rPr>
        <w:t>Facultad de …</w:t>
      </w:r>
    </w:p>
    <w:p>
      <w:pPr>
        <w:spacing w:lineRule="exact" w:line="440" w:before="0" w:after="0"/>
        <w:jc w:val="center"/>
      </w:pPr>
      <w:r>
        <w:rPr>
          <w:rFonts w:ascii="Times New Roman" w:hAnsi="Times New Roman" w:cs="Times New Roman"/>
          <w:b w:val="0"/>
          <w:sz w:val="28"/>
        </w:rPr>
        <w:t>Escuela Profesional de …</w:t>
      </w:r>
    </w:p>
    <w:p>
      <w:pPr>
        <w:spacing w:lineRule="exact" w:line="550" w:before="2600" w:after="0"/>
        <w:jc w:val="center"/>
      </w:pPr>
      <w:r>
        <w:rPr>
          <w:rFonts w:ascii="Times New Roman" w:hAnsi="Times New Roman" w:cs="Times New Roman"/>
          <w:b/>
          <w:sz w:val="44"/>
        </w:rPr>
        <w:t>TÍTULO DEL TRABAJO</w:t>
      </w:r>
    </w:p>
    <w:p>
      <w:pPr>
        <w:spacing w:lineRule="exact" w:line="440" w:before="1800" w:after="0"/>
        <w:jc w:val="center"/>
      </w:pPr>
      <w:r>
        <w:rPr>
          <w:rFonts w:ascii="Times New Roman" w:hAnsi="Times New Roman" w:cs="Times New Roman"/>
          <w:b w:val="0"/>
          <w:sz w:val="26"/>
        </w:rPr>
        <w:t>Curso: nombre del curso</w:t>
      </w:r>
    </w:p>
    <w:p>
      <w:pPr>
        <w:spacing w:lineRule="exact" w:line="440" w:before="0" w:after="0"/>
        <w:jc w:val="center"/>
      </w:pPr>
      <w:r>
        <w:rPr>
          <w:rFonts w:ascii="Times New Roman" w:hAnsi="Times New Roman" w:cs="Times New Roman"/>
          <w:b w:val="0"/>
          <w:sz w:val="26"/>
        </w:rPr>
        <w:t>Docente: nombre del docente</w:t>
      </w:r>
    </w:p>
    <w:p>
      <w:pPr>
        <w:spacing w:lineRule="exact" w:line="440" w:before="520" w:after="0"/>
        <w:jc w:val="center"/>
      </w:pPr>
      <w:r>
        <w:rPr>
          <w:rFonts w:ascii="Times New Roman" w:hAnsi="Times New Roman" w:cs="Times New Roman"/>
          <w:b/>
          <w:sz w:val="26"/>
        </w:rPr>
        <w:t>Integrantes:</w:t>
      </w:r>
    </w:p>
    <w:p>
      <w:pPr>
        <w:spacing w:lineRule="exact" w:line="440" w:before="0" w:after="0"/>
        <w:jc w:val="center"/>
      </w:pPr>
      <w:r>
        <w:rPr>
          <w:rFonts w:ascii="Times New Roman" w:hAnsi="Times New Roman" w:cs="Times New Roman"/>
          <w:b w:val="0"/>
          <w:sz w:val="26"/>
        </w:rPr>
        <w:t>Apellidos y nombres</w:t>
      </w:r>
    </w:p>
    <w:p>
      <w:pPr>
        <w:spacing w:lineRule="exact" w:line="440" w:before="0" w:after="0"/>
        <w:jc w:val="center"/>
      </w:pPr>
      <w:r>
        <w:rPr>
          <w:rFonts w:ascii="Times New Roman" w:hAnsi="Times New Roman" w:cs="Times New Roman"/>
          <w:b w:val="0"/>
          <w:sz w:val="26"/>
        </w:rPr>
        <w:t>Apellidos y nombres</w:t>
      </w:r>
    </w:p>
    <w:p>
      <w:pPr>
        <w:spacing w:lineRule="exact" w:line="440" w:before="1800" w:after="0"/>
        <w:jc w:val="center"/>
      </w:pPr>
      <w:r>
        <w:rPr>
          <w:rFonts w:ascii="Times New Roman" w:hAnsi="Times New Roman" w:cs="Times New Roman"/>
          <w:b w:val="0"/>
          <w:sz w:val="26"/>
        </w:rPr>
        <w:t>Ciudad, año</w:t>
      </w:r>
    </w:p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Carátula universitaria clásica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