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480" w:before="1920" w:after="0"/>
        <w:jc w:val="center"/>
      </w:pPr>
      <w:r>
        <w:rPr>
          <w:rFonts w:ascii="Times New Roman" w:hAnsi="Times New Roman" w:cs="Times New Roman"/>
          <w:b/>
          <w:sz w:val="24"/>
        </w:rPr>
        <w:t>Título del artículo en negrita y con mayúsculas iniciales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Nombre de la autora o el autor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Departamento o facultad, institución</w:t>
      </w:r>
    </w:p>
    <w:p>
      <w:pPr>
        <w:spacing w:lineRule="exact" w:line="480" w:before="3400" w:after="0"/>
        <w:jc w:val="center"/>
      </w:pPr>
      <w:r>
        <w:rPr>
          <w:rFonts w:ascii="Times New Roman" w:hAnsi="Times New Roman" w:cs="Times New Roman"/>
          <w:b/>
          <w:sz w:val="24"/>
        </w:rPr>
        <w:t>Nota de autoría</w:t>
      </w:r>
    </w:p>
    <w:p>
      <w:pPr>
        <w:spacing w:lineRule="exact" w:line="480" w:before="0" w:after="0"/>
        <w:jc w:val="left"/>
      </w:pPr>
      <w:r>
        <w:rPr>
          <w:rFonts w:ascii="Times New Roman" w:hAnsi="Times New Roman" w:cs="Times New Roman"/>
          <w:b w:val="0"/>
          <w:sz w:val="24"/>
        </w:rPr>
        <w:t>Identificador ORCID, cambios de afiliación, agradecimientos y datos de contacto.</w:t>
      </w:r>
    </w:p>
    <w:sectPr w:rsidR="00FC693F" w:rsidRPr="0006063C" w:rsidSect="00034616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Times New Roman" w:hAnsi="Times New Roman"/>
        <w:sz w:val="24"/>
      </w:rPr>
      <w:t>TITULILLO BREVE</w:t>
      <w:tab/>
      <w:tab/>
      <w:fldChar w:fldCharType="begin"/>
      <w:instrText xml:space="preserve"> PAGE </w:instrText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APA 7 profesional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