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480" w:before="1920" w:after="0"/>
        <w:jc w:val="center"/>
      </w:pPr>
      <w:r>
        <w:rPr>
          <w:rFonts w:ascii="Times New Roman" w:hAnsi="Times New Roman" w:cs="Times New Roman"/>
          <w:b/>
          <w:sz w:val="24"/>
        </w:rPr>
        <w:t>Título de tu trabajo en negrita y con mayúsculas iniciales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Nombre del estudiante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Departamento o facultad, nombre de la universidad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Código y nombre del curso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Nombre del docente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Fecha de entrega</w:t>
      </w:r>
    </w:p>
    <w:sectPr w:rsidR="00FC693F" w:rsidRPr="0006063C" w:rsidSect="00034616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Times New Roman" w:hAnsi="Times New Roman"/>
        <w:sz w:val="24"/>
      </w:rPr>
      <w:fldChar w:fldCharType="begin"/>
      <w:instrText xml:space="preserve"> PAGE </w:instrText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Carátula APA 7 para estudiantes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